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HƯỚNG DẪN TỔNG QUAN XỬ LÝ VẤN ĐỀ KẾT NỐI PORT ĐẾN DOCKER DAEMON KHI FIREWALLD ĐANG BẬT</w:t>
      </w:r>
    </w:p>
    <w:p>
      <w:r>
        <w:t>📝 Bối cảnh:</w:t>
      </w:r>
    </w:p>
    <w:p>
      <w:r>
        <w:t>- Triển khai Docker trên server Linux (CentOS / RHEL / Fedora / các distro chạy firewalld)</w:t>
        <w:br/>
        <w:t>- Muốn Docker daemon lắng nghe trên tcp://0.0.0.0:2375 để quản lý từ máy khác</w:t>
        <w:br/>
        <w:t>- Cài container (ví dụ Gitea) → phát hiện máy khác không telnet vào cổng 2375 được</w:t>
        <w:br/>
        <w:t>- Trên server ss -lntp | grep 2375 thấy Docker daemon đã lắng nghe 0.0.0.0:2375</w:t>
      </w:r>
    </w:p>
    <w:p>
      <w:r>
        <w:t>✅ 1️⃣ XÁC ĐỊNH NGUYÊN NHÂN:</w:t>
      </w:r>
    </w:p>
    <w:p>
      <w:r>
        <w:t>Docker khi chạy trên hệ thống có firewalld active sẽ:</w:t>
      </w:r>
    </w:p>
    <w:p>
      <w:r>
        <w:t>- Tự động tạo docker zone trong firewalld</w:t>
        <w:br/>
        <w:t>- Gắn các bridge network (docker0, br-xxx) vào zone docker</w:t>
        <w:br/>
        <w:t>- Không gắn interface mạng vật lý (như eth0, ens34) vào docker zone</w:t>
        <w:br/>
        <w:t>- Không tự động mở cổng cho interface mạng vật lý qua firewall</w:t>
      </w:r>
    </w:p>
    <w:p>
      <w:r>
        <w:t>=&gt; Port 2375 bị chặn vì interface vật lý không nằm trong docker zone, không có rule mở.</w:t>
      </w:r>
    </w:p>
    <w:p>
      <w:r>
        <w:t>✅ 2️⃣ CÁC BƯỚC XỬ LÝ:</w:t>
      </w:r>
    </w:p>
    <w:p>
      <w:r>
        <w:t>Bước 1: Xác định interface mạng vật lý</w:t>
      </w:r>
    </w:p>
    <w:p>
      <w:r>
        <w:t>ip addr</w:t>
      </w:r>
    </w:p>
    <w:p>
      <w:r>
        <w:t>→ Tìm interface có IP LAN/public (ví dụ ens34).</w:t>
      </w:r>
    </w:p>
    <w:p>
      <w:r>
        <w:t>Bước 2: Kiểm tra interface đang thuộc zone nào</w:t>
      </w:r>
    </w:p>
    <w:p>
      <w:r>
        <w:t>sudo firewall-cmd --get-zone-of-interface=ens34</w:t>
      </w:r>
    </w:p>
    <w:p>
      <w:r>
        <w:t>→ Nếu trả no zone → interface chưa gắn zone.</w:t>
      </w:r>
    </w:p>
    <w:p>
      <w:r>
        <w:t>Bước 3: Gắn interface vào zone public (hoặc zone phù hợp)</w:t>
      </w:r>
    </w:p>
    <w:p>
      <w:r>
        <w:t>sudo firewall-cmd --zone=public --change-interface=ens34</w:t>
      </w:r>
    </w:p>
    <w:p>
      <w:r>
        <w:t>✅ Kiểm tra lại:</w:t>
      </w:r>
    </w:p>
    <w:p>
      <w:r>
        <w:t>sudo firewall-cmd --get-zone-of-interface=ens34</w:t>
      </w:r>
    </w:p>
    <w:p>
      <w:r>
        <w:t>→ Trả public.</w:t>
      </w:r>
    </w:p>
    <w:p>
      <w:r>
        <w:t>Bước 4: Mở port 2375 trên zone public</w:t>
      </w:r>
    </w:p>
    <w:p>
      <w:r>
        <w:t>sudo firewall-cmd --zone=public --add-port=2375/tcp --permanent</w:t>
        <w:br/>
        <w:t>sudo firewall-cmd --reload</w:t>
      </w:r>
    </w:p>
    <w:p>
      <w:r>
        <w:t>✅ Kiểm tra lại:</w:t>
      </w:r>
    </w:p>
    <w:p>
      <w:r>
        <w:t>sudo firewall-cmd --zone=public --list-ports</w:t>
      </w:r>
    </w:p>
    <w:p>
      <w:r>
        <w:t>→ Phải thấy 2375/tcp.</w:t>
      </w:r>
    </w:p>
    <w:p>
      <w:r>
        <w:t>Bước 5: Kiểm tra Docker daemon đã lắng nghe 0.0.0.0:2375</w:t>
      </w:r>
    </w:p>
    <w:p>
      <w:r>
        <w:t>ss -lntp | grep 2375</w:t>
      </w:r>
    </w:p>
    <w:p>
      <w:r>
        <w:t>→ Phải thấy dòng:</w:t>
      </w:r>
    </w:p>
    <w:p>
      <w:r>
        <w:t>LISTEN 0 4096 *:2375 *:* users:(("dockerd",pid=xxxx,fd=xx))</w:t>
      </w:r>
    </w:p>
    <w:p>
      <w:r>
        <w:t>✅ Nếu chưa → cần chỉnh /etc/systemd/system/docker.service.d/override.conf:</w:t>
      </w:r>
    </w:p>
    <w:p>
      <w:r>
        <w:t>[Service]</w:t>
        <w:br/>
        <w:t>ExecStart=</w:t>
        <w:br/>
        <w:t>ExecStart=/usr/bin/dockerd -H tcp://0.0.0.0:2375 -H unix:///var/run/docker.sock</w:t>
      </w:r>
    </w:p>
    <w:p>
      <w:r>
        <w:t>Sau đó reload &amp; restart:</w:t>
      </w:r>
    </w:p>
    <w:p>
      <w:r>
        <w:t>sudo systemctl daemon-reload</w:t>
        <w:br/>
        <w:t>sudo systemctl restart docker</w:t>
      </w:r>
    </w:p>
    <w:p>
      <w:r>
        <w:t>Bước 6: Test kết nối từ máy khác</w:t>
      </w:r>
    </w:p>
    <w:p>
      <w:r>
        <w:t>telnet &lt;IP_SERVER&gt; 2375</w:t>
      </w:r>
    </w:p>
    <w:p>
      <w:r>
        <w:t>✅ Nếu thông → DONE.</w:t>
      </w:r>
    </w:p>
    <w:p>
      <w:r>
        <w:t>✅ 3️⃣ GIỮ CẤU HÌNH SAU KHI REBOOT:</w:t>
      </w:r>
    </w:p>
    <w:p>
      <w:r>
        <w:t>Các lệnh --permanent và --change-interface sẽ:</w:t>
      </w:r>
    </w:p>
    <w:p>
      <w:r>
        <w:t>- Lưu config vĩnh viễn trong /etc/firewalld/zones/public.xml</w:t>
        <w:br/>
        <w:t>- Auto load khi reboot</w:t>
      </w:r>
    </w:p>
    <w:p>
      <w:r>
        <w:t>=&gt; Không cần làm lại sau reboot.</w:t>
      </w:r>
    </w:p>
    <w:p>
      <w:r>
        <w:t>Cấu hình Docker daemon trong systemd cũng load tự động nếu đã daemon-reload trước.</w:t>
      </w:r>
    </w:p>
    <w:p>
      <w:r>
        <w:t>✅ 4️⃣ KHI NÀO CẦN LÀM LẠI?</w:t>
      </w:r>
    </w:p>
    <w:p>
      <w:r>
        <w:t>Bạn chỉ cần làm lại nếu:</w:t>
      </w:r>
    </w:p>
    <w:p>
      <w:r>
        <w:t>- Cài lại Docker</w:t>
        <w:br/>
        <w:t>- Reset/reinstall firewalld</w:t>
        <w:br/>
        <w:t>- Thay đổi interface mạng vật lý</w:t>
        <w:br/>
        <w:t>- Thay đổi zone mặc định / xóa zone public</w:t>
      </w:r>
    </w:p>
    <w:p>
      <w:r>
        <w:t>✅ 5️⃣ GHI NHỚ BẢN CHẤT:</w:t>
      </w:r>
    </w:p>
    <w:p>
      <w:r>
        <w:t>✔️ Docker container expose port qua -p → Docker auto quản lý firewall.</w:t>
        <w:br/>
        <w:t>✔️ Docker daemon lắng nghe trực tiếp trên interface thật → Docker không auto mở firewall cho nó.</w:t>
        <w:br/>
        <w:t>✔️ Muốn port daemon thông qua máy khác → phải mở firewall ở zone của interface thật.</w:t>
      </w:r>
    </w:p>
    <w:p>
      <w:r>
        <w:t>✅ KẾT LUẬN:</w:t>
      </w:r>
    </w:p>
    <w:p>
      <w:r>
        <w:t>Đây là hướng dẫn tổng quan để xử lý firewall chặn port Docker daemon khi firewalld active.</w:t>
        <w:br/>
        <w:t>Áp dụng cho các máy Linux có firewalld và Docker integration.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